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A082F" w14:textId="77777777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t xml:space="preserve">Navigate to </w:t>
      </w:r>
      <w:hyperlink r:id="rId11">
        <w:r w:rsidRPr="00032F5A">
          <w:rPr>
            <w:rFonts w:ascii="Aptos" w:hAnsi="Aptos"/>
            <w:u w:val="single"/>
          </w:rPr>
          <w:t>https://apps.ideal-logic.com/txstpom</w:t>
        </w:r>
      </w:hyperlink>
    </w:p>
    <w:p w14:paraId="1978E079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605CA723" wp14:editId="5D84C62D">
            <wp:extent cx="5486400" cy="3063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93781553214f93b313f8a13387b81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3CED" w14:textId="77777777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t>Click sessions</w:t>
      </w:r>
    </w:p>
    <w:p w14:paraId="67562810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49B38BBB" wp14:editId="0804678B">
            <wp:extent cx="5486400" cy="3063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b170c9feb84e27bcc1abab8352469a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ACC0F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3B6C7209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5106EDC0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33C6FBBB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597D2395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6F4BD117" w14:textId="73B3F2F9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lastRenderedPageBreak/>
        <w:t>Click on the session you want to add designated individuals to.</w:t>
      </w:r>
    </w:p>
    <w:p w14:paraId="4AA1530B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2C04F479" wp14:editId="5523898B">
            <wp:extent cx="5486400" cy="3063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da3873c754d198e48e538f0b7c1d6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B838" w14:textId="77777777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t>Toggle this button from "View" to "Edit".</w:t>
      </w:r>
    </w:p>
    <w:p w14:paraId="38D71369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4F606D31" wp14:editId="4149C685">
            <wp:extent cx="5486400" cy="30678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77b48cd4174d9fba8116565f8510cd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7F88" w14:textId="563ED3D5" w:rsidR="00623B17" w:rsidRPr="00032F5A" w:rsidRDefault="00032F5A">
      <w:pPr>
        <w:pStyle w:val="ListNumber"/>
        <w:rPr>
          <w:rFonts w:ascii="Aptos" w:hAnsi="Aptos"/>
          <w:i/>
          <w:iCs/>
          <w:sz w:val="24"/>
          <w:szCs w:val="24"/>
        </w:rPr>
      </w:pPr>
      <w:r w:rsidRPr="00032F5A">
        <w:rPr>
          <w:rFonts w:ascii="Aptos" w:hAnsi="Aptos"/>
          <w:i/>
          <w:iCs/>
          <w:sz w:val="24"/>
          <w:szCs w:val="24"/>
        </w:rPr>
        <w:t xml:space="preserve">If you want to upload individuals one by one, continue. </w:t>
      </w:r>
      <w:r w:rsidRPr="00032F5A">
        <w:rPr>
          <w:rFonts w:ascii="Aptos" w:hAnsi="Aptos"/>
          <w:b/>
          <w:i/>
          <w:iCs/>
          <w:sz w:val="24"/>
          <w:szCs w:val="24"/>
        </w:rPr>
        <w:t>If you want to mass upload your individuals, skip to step 1</w:t>
      </w:r>
      <w:r>
        <w:rPr>
          <w:rFonts w:ascii="Aptos" w:hAnsi="Aptos"/>
          <w:b/>
          <w:i/>
          <w:iCs/>
          <w:sz w:val="24"/>
          <w:szCs w:val="24"/>
        </w:rPr>
        <w:t>1</w:t>
      </w:r>
      <w:r w:rsidRPr="00032F5A">
        <w:rPr>
          <w:rFonts w:ascii="Aptos" w:hAnsi="Aptos"/>
          <w:b/>
          <w:i/>
          <w:iCs/>
          <w:sz w:val="24"/>
          <w:szCs w:val="24"/>
        </w:rPr>
        <w:t>.</w:t>
      </w:r>
    </w:p>
    <w:p w14:paraId="49F95CD2" w14:textId="77777777" w:rsidR="00623B17" w:rsidRPr="00032F5A" w:rsidRDefault="00032F5A">
      <w:pPr>
        <w:pStyle w:val="Heading1"/>
        <w:rPr>
          <w:rFonts w:ascii="Aptos" w:hAnsi="Aptos"/>
        </w:rPr>
      </w:pPr>
      <w:r w:rsidRPr="00032F5A">
        <w:rPr>
          <w:rFonts w:ascii="Aptos" w:hAnsi="Aptos"/>
        </w:rPr>
        <w:lastRenderedPageBreak/>
        <w:t>Add Designated Individuals One by One</w:t>
      </w:r>
    </w:p>
    <w:p w14:paraId="7E6ACB03" w14:textId="77777777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t>Click "Add New Person"</w:t>
      </w:r>
    </w:p>
    <w:p w14:paraId="61FB336A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4651AE5D" wp14:editId="469AFBA7">
            <wp:extent cx="5486400" cy="30678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a80d350bbf4817bcd564017fcaec95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5720" w14:textId="77777777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t>Ideal-Logic will want to see if this person is already in the system, so type in the name and click "Search"</w:t>
      </w:r>
    </w:p>
    <w:p w14:paraId="2B4B5CDD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42B515A7" wp14:editId="380C754B">
            <wp:extent cx="5486400" cy="30678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eb78670b348748f2dc417d1c3a7f0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0242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6BC3E323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108F899D" w14:textId="602E501A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lastRenderedPageBreak/>
        <w:t xml:space="preserve">If they are not already in the ideologic system, then you'll have to add </w:t>
      </w:r>
      <w:proofErr w:type="gramStart"/>
      <w:r w:rsidRPr="00032F5A">
        <w:rPr>
          <w:rFonts w:ascii="Aptos" w:hAnsi="Aptos"/>
        </w:rPr>
        <w:t>them in</w:t>
      </w:r>
      <w:proofErr w:type="gramEnd"/>
      <w:r w:rsidRPr="00032F5A">
        <w:rPr>
          <w:rFonts w:ascii="Aptos" w:hAnsi="Aptos"/>
        </w:rPr>
        <w:t xml:space="preserve"> manually using their name and email.</w:t>
      </w:r>
    </w:p>
    <w:p w14:paraId="6D9F068D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50FC9EFA" wp14:editId="066BC9C5">
            <wp:extent cx="5486400" cy="30678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2983b60c9a4f2ebcf18e45b9b59aa7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B4A1C" w14:textId="77777777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t>Click "Add New Person"</w:t>
      </w:r>
    </w:p>
    <w:p w14:paraId="79E6C373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70284216" wp14:editId="537C36AF">
            <wp:extent cx="5486400" cy="30678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6d7fbc34a475d87f492ee2e468a11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CF4B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13FC42F9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166656AD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05B559EB" w14:textId="5C948313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24E50439" w14:textId="6F17F8EC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lastRenderedPageBreak/>
        <w:t>Double check that their affiliation is either Texas State or Non-Texas state.</w:t>
      </w:r>
    </w:p>
    <w:p w14:paraId="00DFB27D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5F4AB89B" wp14:editId="5098F4C4">
            <wp:extent cx="5486400" cy="30678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f9bac4bb4c42419e64439e06a42b0e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063B" w14:textId="77777777" w:rsidR="00623B17" w:rsidRPr="00032F5A" w:rsidRDefault="00032F5A">
      <w:pPr>
        <w:pStyle w:val="Heading1"/>
        <w:rPr>
          <w:rFonts w:ascii="Aptos" w:hAnsi="Aptos"/>
        </w:rPr>
      </w:pPr>
      <w:r w:rsidRPr="00032F5A">
        <w:rPr>
          <w:rFonts w:ascii="Aptos" w:hAnsi="Aptos"/>
        </w:rPr>
        <w:t>Mass Upload Designated Individuals</w:t>
      </w:r>
    </w:p>
    <w:p w14:paraId="412ECE57" w14:textId="77777777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t>Click orange "Upload Designated Individuals" button</w:t>
      </w:r>
    </w:p>
    <w:p w14:paraId="3BAEBAD5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16F2D09B" wp14:editId="7C399622">
            <wp:extent cx="5486400" cy="306781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6e3fc817d24a1a98f8c7d3ae27e960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9610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367B4650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23C7E23E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394249A8" w14:textId="32453325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lastRenderedPageBreak/>
        <w:t>Click "Download a Sample Spreadsheet" and open the file. It shows how to format your list so Ideal-Logic can easily upload everyone's information</w:t>
      </w:r>
    </w:p>
    <w:p w14:paraId="3F10886D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48418FA9" wp14:editId="1631233C">
            <wp:extent cx="5486400" cy="30632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f6eaa486245e2892f93b31eae6e6e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E81A1" w14:textId="77777777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t>Once your spreadsheet is ready, click "Select Files to Upload"</w:t>
      </w:r>
    </w:p>
    <w:p w14:paraId="76CFFAFD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76216A4B" wp14:editId="7AF7B39B">
            <wp:extent cx="5486400" cy="30678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77ef08c18d4d358b0919c4e1fa3337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25245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56874FFD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4B16E131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29BCA12A" w14:textId="77777777" w:rsidR="00032F5A" w:rsidRDefault="00032F5A" w:rsidP="00032F5A">
      <w:pPr>
        <w:pStyle w:val="ListNumber"/>
        <w:numPr>
          <w:ilvl w:val="0"/>
          <w:numId w:val="0"/>
        </w:numPr>
        <w:rPr>
          <w:rFonts w:ascii="Aptos" w:hAnsi="Aptos"/>
        </w:rPr>
      </w:pPr>
    </w:p>
    <w:p w14:paraId="23DCC5B5" w14:textId="3ED5C393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lastRenderedPageBreak/>
        <w:t>Click "Start Import"</w:t>
      </w:r>
    </w:p>
    <w:p w14:paraId="679965BA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0BB244F6" wp14:editId="510C4A63">
            <wp:extent cx="5486400" cy="3063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c547a9901e470396df6f132714e282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7A86" w14:textId="77777777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t>If everything was formatted correctly, the import should be a success. "Click Done Importing"</w:t>
      </w:r>
    </w:p>
    <w:p w14:paraId="78C91402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5F8E9A92" wp14:editId="7CCCAE60">
            <wp:extent cx="5486400" cy="30678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2ddd9b67a0408f8d00b398bc501bed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049C" w14:textId="77777777" w:rsidR="00032F5A" w:rsidRDefault="00032F5A" w:rsidP="00032F5A">
      <w:pPr>
        <w:pStyle w:val="ListNumber"/>
        <w:numPr>
          <w:ilvl w:val="0"/>
          <w:numId w:val="0"/>
        </w:numPr>
        <w:rPr>
          <w:rFonts w:ascii="Aptos" w:hAnsi="Aptos"/>
        </w:rPr>
      </w:pPr>
    </w:p>
    <w:p w14:paraId="282415D3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647464E5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685B3E73" w14:textId="77777777" w:rsidR="00032F5A" w:rsidRDefault="00032F5A" w:rsidP="00032F5A">
      <w:pPr>
        <w:pStyle w:val="ListNumber"/>
        <w:numPr>
          <w:ilvl w:val="0"/>
          <w:numId w:val="0"/>
        </w:numPr>
        <w:ind w:left="360"/>
        <w:rPr>
          <w:rFonts w:ascii="Aptos" w:hAnsi="Aptos"/>
        </w:rPr>
      </w:pPr>
    </w:p>
    <w:p w14:paraId="55118CCF" w14:textId="604F96DB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lastRenderedPageBreak/>
        <w:t>Click "Yes"</w:t>
      </w:r>
    </w:p>
    <w:p w14:paraId="1D53CA53" w14:textId="77777777" w:rsidR="00623B17" w:rsidRPr="00032F5A" w:rsidRDefault="00032F5A">
      <w:pPr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534A82D3" wp14:editId="0B8ABBCF">
            <wp:extent cx="5172075" cy="2892052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6134591a04afbae6faabe9d5155e1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78507" cy="28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A5EC" w14:textId="77777777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t xml:space="preserve">Back to the Session Dashboard, you </w:t>
      </w:r>
      <w:r w:rsidRPr="00032F5A">
        <w:rPr>
          <w:rFonts w:ascii="Aptos" w:hAnsi="Aptos"/>
        </w:rPr>
        <w:t>should see all of the people you just uploaded.  If you're done editing, toggle this button from "Edit" to View"</w:t>
      </w:r>
    </w:p>
    <w:p w14:paraId="4C3B2B6C" w14:textId="77777777" w:rsidR="00623B17" w:rsidRPr="00032F5A" w:rsidRDefault="00032F5A" w:rsidP="00032F5A">
      <w:pPr>
        <w:jc w:val="center"/>
        <w:rPr>
          <w:rFonts w:ascii="Aptos" w:hAnsi="Aptos"/>
        </w:rPr>
      </w:pPr>
      <w:r w:rsidRPr="00032F5A">
        <w:rPr>
          <w:rFonts w:ascii="Aptos" w:hAnsi="Aptos"/>
          <w:noProof/>
        </w:rPr>
        <w:drawing>
          <wp:inline distT="0" distB="0" distL="0" distR="0" wp14:anchorId="78AB67CA" wp14:editId="28394512">
            <wp:extent cx="5219700" cy="29186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d1695a50c544e28db0a595d2477545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6325" cy="292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9C2A" w14:textId="77777777" w:rsidR="00623B17" w:rsidRPr="00032F5A" w:rsidRDefault="00032F5A">
      <w:pPr>
        <w:pStyle w:val="ListNumber"/>
        <w:rPr>
          <w:rFonts w:ascii="Aptos" w:hAnsi="Aptos"/>
        </w:rPr>
      </w:pPr>
      <w:r w:rsidRPr="00032F5A">
        <w:rPr>
          <w:rFonts w:ascii="Aptos" w:hAnsi="Aptos"/>
        </w:rPr>
        <w:t>All of your designated individuals should now be uploaded. Four hours after the upload, they will receive an email from Ideal-Logic prompting them to activate their account, complete their CPT training, and watch for a background check email from Accurate. Within 24 hours, they will receive a separate email from Accurate requesting their information.</w:t>
      </w:r>
    </w:p>
    <w:sectPr w:rsidR="00623B17" w:rsidRPr="00032F5A" w:rsidSect="00034616">
      <w:headerReference w:type="default" r:id="rId2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8B4A1" w14:textId="77777777" w:rsidR="00032F5A" w:rsidRDefault="00032F5A" w:rsidP="00032F5A">
      <w:pPr>
        <w:spacing w:after="0" w:line="240" w:lineRule="auto"/>
      </w:pPr>
      <w:r>
        <w:separator/>
      </w:r>
    </w:p>
  </w:endnote>
  <w:endnote w:type="continuationSeparator" w:id="0">
    <w:p w14:paraId="33FD79D7" w14:textId="77777777" w:rsidR="00032F5A" w:rsidRDefault="00032F5A" w:rsidP="0003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2B32A" w14:textId="77777777" w:rsidR="00032F5A" w:rsidRDefault="00032F5A" w:rsidP="00032F5A">
      <w:pPr>
        <w:spacing w:after="0" w:line="240" w:lineRule="auto"/>
      </w:pPr>
      <w:r>
        <w:separator/>
      </w:r>
    </w:p>
  </w:footnote>
  <w:footnote w:type="continuationSeparator" w:id="0">
    <w:p w14:paraId="40973108" w14:textId="77777777" w:rsidR="00032F5A" w:rsidRDefault="00032F5A" w:rsidP="0003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3CC44" w14:textId="3DA6B8DB" w:rsidR="00032F5A" w:rsidRPr="00032F5A" w:rsidRDefault="00032F5A" w:rsidP="00032F5A">
    <w:pPr>
      <w:pStyle w:val="Heading1"/>
      <w:jc w:val="center"/>
      <w:rPr>
        <w:rFonts w:ascii="Aptos" w:hAnsi="Aptos"/>
      </w:rPr>
    </w:pPr>
    <w:r w:rsidRPr="00032F5A">
      <w:rPr>
        <w:rFonts w:ascii="Aptos" w:hAnsi="Aptos"/>
      </w:rPr>
      <w:t>Add Designated Individuals to POM Ideal-Logic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83374187">
    <w:abstractNumId w:val="8"/>
  </w:num>
  <w:num w:numId="2" w16cid:durableId="110173682">
    <w:abstractNumId w:val="6"/>
  </w:num>
  <w:num w:numId="3" w16cid:durableId="647788936">
    <w:abstractNumId w:val="5"/>
  </w:num>
  <w:num w:numId="4" w16cid:durableId="1609661697">
    <w:abstractNumId w:val="4"/>
  </w:num>
  <w:num w:numId="5" w16cid:durableId="367723917">
    <w:abstractNumId w:val="7"/>
  </w:num>
  <w:num w:numId="6" w16cid:durableId="1675646391">
    <w:abstractNumId w:val="3"/>
  </w:num>
  <w:num w:numId="7" w16cid:durableId="1704745750">
    <w:abstractNumId w:val="2"/>
  </w:num>
  <w:num w:numId="8" w16cid:durableId="223221695">
    <w:abstractNumId w:val="1"/>
  </w:num>
  <w:num w:numId="9" w16cid:durableId="147013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2F5A"/>
    <w:rsid w:val="00034616"/>
    <w:rsid w:val="0006063C"/>
    <w:rsid w:val="0015074B"/>
    <w:rsid w:val="0029639D"/>
    <w:rsid w:val="00326F90"/>
    <w:rsid w:val="00623B17"/>
    <w:rsid w:val="00AA1D8D"/>
    <w:rsid w:val="00B47730"/>
    <w:rsid w:val="00C10FBA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D3C922"/>
  <w14:defaultImageDpi w14:val="300"/>
  <w15:docId w15:val="{CB460D27-2299-45DB-99A9-C7668D82F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s.ideal-logic.com/txstpom" TargetMode="External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BED1716DB82B4AB21A790443F88991" ma:contentTypeVersion="15" ma:contentTypeDescription="Create a new document." ma:contentTypeScope="" ma:versionID="ccf1e0f2e02b216951a3e3a5ac5ed27f">
  <xsd:schema xmlns:xsd="http://www.w3.org/2001/XMLSchema" xmlns:xs="http://www.w3.org/2001/XMLSchema" xmlns:p="http://schemas.microsoft.com/office/2006/metadata/properties" xmlns:ns2="1e36c2b8-7931-4605-8779-56bcf167f054" xmlns:ns3="f9fd7c5b-197c-45e4-90cc-31622629139f" targetNamespace="http://schemas.microsoft.com/office/2006/metadata/properties" ma:root="true" ma:fieldsID="e4bb52467287fd919294da1e2a2d31fb" ns2:_="" ns3:_="">
    <xsd:import namespace="1e36c2b8-7931-4605-8779-56bcf167f054"/>
    <xsd:import namespace="f9fd7c5b-197c-45e4-90cc-316226291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6c2b8-7931-4605-8779-56bcf167f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3a692e8-e48a-48e7-a779-d106e04dcf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d7c5b-197c-45e4-90cc-316226291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014e156-044a-4bdf-8cb0-66e850a6097c}" ma:internalName="TaxCatchAll" ma:showField="CatchAllData" ma:web="f9fd7c5b-197c-45e4-90cc-316226291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36c2b8-7931-4605-8779-56bcf167f054">
      <Terms xmlns="http://schemas.microsoft.com/office/infopath/2007/PartnerControls"/>
    </lcf76f155ced4ddcb4097134ff3c332f>
    <TaxCatchAll xmlns="f9fd7c5b-197c-45e4-90cc-31622629139f" xsi:nil="true"/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696AA9-5E4B-4976-BCEC-F0E5ABA59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36c2b8-7931-4605-8779-56bcf167f054"/>
    <ds:schemaRef ds:uri="f9fd7c5b-197c-45e4-90cc-316226291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3B55C1-C2A1-4B3A-B711-FC1E5CD0F5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2DF148-E12E-452C-A737-0EFCA0DFA6D1}">
  <ds:schemaRefs>
    <ds:schemaRef ds:uri="http://purl.org/dc/elements/1.1/"/>
    <ds:schemaRef ds:uri="http://schemas.openxmlformats.org/package/2006/metadata/core-properties"/>
    <ds:schemaRef ds:uri="f9fd7c5b-197c-45e4-90cc-31622629139f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1e36c2b8-7931-4605-8779-56bcf167f054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Kemp, Rose E</cp:lastModifiedBy>
  <cp:revision>2</cp:revision>
  <dcterms:created xsi:type="dcterms:W3CDTF">2025-05-02T15:07:00Z</dcterms:created>
  <dcterms:modified xsi:type="dcterms:W3CDTF">2025-05-02T15:07:00Z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0x0101005EBED1716DB82B4AB21A790443F88991</vt:lpwstr>
  </property>
  <property fmtid="{D5CDD505-2E9C-101B-9397-08002B2CF9AE}" pid="3" name="MediaServiceImageTags">
    <vt:lpwstr/>
  </property>
</Properties>
</file>