
<file path=[Content_Types].xml><?xml version="1.0" encoding="utf-8"?>
<Types xmlns="http://schemas.openxmlformats.org/package/2006/content-types"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C7286" w14:textId="241A9BEE" w:rsidR="001E03F3" w:rsidRPr="00AE6E7F" w:rsidRDefault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t xml:space="preserve">Navigate to </w:t>
      </w:r>
      <w:hyperlink r:id="rId11">
        <w:r w:rsidRPr="00AE6E7F">
          <w:rPr>
            <w:rFonts w:ascii="Aptos" w:hAnsi="Aptos"/>
            <w:sz w:val="24"/>
            <w:szCs w:val="24"/>
            <w:u w:val="single"/>
          </w:rPr>
          <w:t>https://apps.ideal-logic.com/txstreg</w:t>
        </w:r>
      </w:hyperlink>
      <w:r>
        <w:rPr>
          <w:rFonts w:ascii="Aptos" w:hAnsi="Aptos"/>
          <w:sz w:val="24"/>
          <w:szCs w:val="24"/>
        </w:rPr>
        <w:t>, you should see your camp dashboard.</w:t>
      </w:r>
    </w:p>
    <w:p w14:paraId="1BA26EA0" w14:textId="77777777" w:rsidR="001E03F3" w:rsidRP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4C99D716" wp14:editId="7D81B427">
            <wp:extent cx="4850370" cy="32861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1a403c58fa44fbbe29296f3843bf09.web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544" cy="32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B1D6" w14:textId="165D9C38" w:rsidR="001E03F3" w:rsidRPr="00AE6E7F" w:rsidRDefault="00AE6E7F">
      <w:pPr>
        <w:pStyle w:val="ListNumber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From your dashboard, c</w:t>
      </w:r>
      <w:r w:rsidRPr="00AE6E7F">
        <w:rPr>
          <w:rFonts w:ascii="Aptos" w:hAnsi="Aptos"/>
          <w:sz w:val="24"/>
          <w:szCs w:val="24"/>
        </w:rPr>
        <w:t>lick on which session you would like to record attendance for.</w:t>
      </w:r>
    </w:p>
    <w:p w14:paraId="1BA83C11" w14:textId="24E8D897" w:rsid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77BF3508" wp14:editId="769E1FC7">
            <wp:extent cx="5576983" cy="36195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a13328abb54cf2a7d5acdb93df2393.webp"/>
                    <pic:cNvPicPr/>
                  </pic:nvPicPr>
                  <pic:blipFill rotWithShape="1">
                    <a:blip r:embed="rId13"/>
                    <a:srcRect t="2889" r="11349" b="12190"/>
                    <a:stretch/>
                  </pic:blipFill>
                  <pic:spPr bwMode="auto">
                    <a:xfrm>
                      <a:off x="0" y="0"/>
                      <a:ext cx="5644283" cy="366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04A04" w14:textId="58ADB93D" w:rsidR="001E03F3" w:rsidRPr="00AE6E7F" w:rsidRDefault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lastRenderedPageBreak/>
        <w:t>Click "Attendance"</w:t>
      </w:r>
    </w:p>
    <w:p w14:paraId="6FF44422" w14:textId="77777777" w:rsidR="001E03F3" w:rsidRP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41305468" wp14:editId="6FB43423">
            <wp:extent cx="4819868" cy="3267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83b6cee4e499786a6cbd8a9203e53.webp"/>
                    <pic:cNvPicPr/>
                  </pic:nvPicPr>
                  <pic:blipFill rotWithShape="1">
                    <a:blip r:embed="rId14"/>
                    <a:srcRect l="3586" t="6764" r="19115" b="15899"/>
                    <a:stretch/>
                  </pic:blipFill>
                  <pic:spPr bwMode="auto">
                    <a:xfrm>
                      <a:off x="0" y="0"/>
                      <a:ext cx="4886820" cy="331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1BDEE" w14:textId="380A384F" w:rsidR="00AE6E7F" w:rsidRPr="00AE6E7F" w:rsidRDefault="00AE6E7F" w:rsidP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t>Click "Record Attendance"</w:t>
      </w:r>
    </w:p>
    <w:p w14:paraId="6E89A8D1" w14:textId="140FC87E" w:rsid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36A0E428" wp14:editId="1D4DEA1A">
            <wp:extent cx="4552950" cy="4085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d098ae55a64743806c9116ab28fc6f.webp"/>
                    <pic:cNvPicPr/>
                  </pic:nvPicPr>
                  <pic:blipFill rotWithShape="1">
                    <a:blip r:embed="rId15"/>
                    <a:srcRect t="8674"/>
                    <a:stretch/>
                  </pic:blipFill>
                  <pic:spPr bwMode="auto">
                    <a:xfrm>
                      <a:off x="0" y="0"/>
                      <a:ext cx="4557040" cy="408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FBE82" w14:textId="65CBAFDD" w:rsidR="00AE6E7F" w:rsidRPr="00AE6E7F" w:rsidRDefault="00AE6E7F" w:rsidP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lastRenderedPageBreak/>
        <w:t>Select the first day of your camp if you are an overnight camp, if you are a day camp just select the day you are recording attendance for.</w:t>
      </w:r>
    </w:p>
    <w:p w14:paraId="2C64E052" w14:textId="6ADAC04A" w:rsidR="001E03F3" w:rsidRP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0657026E" wp14:editId="61F056D0">
            <wp:extent cx="3758011" cy="3457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e59eef35574be990c8dab8de3183cc.webp"/>
                    <pic:cNvPicPr/>
                  </pic:nvPicPr>
                  <pic:blipFill rotWithShape="1">
                    <a:blip r:embed="rId16"/>
                    <a:srcRect l="8819" t="10053" b="4707"/>
                    <a:stretch/>
                  </pic:blipFill>
                  <pic:spPr bwMode="auto">
                    <a:xfrm>
                      <a:off x="0" y="0"/>
                      <a:ext cx="3785648" cy="348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42F2A" w14:textId="2C29EF22" w:rsidR="00AE6E7F" w:rsidRPr="00AE6E7F" w:rsidRDefault="00AE6E7F" w:rsidP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t>Click "Confirm and Open"</w:t>
      </w:r>
    </w:p>
    <w:p w14:paraId="21044092" w14:textId="3FD0D5BB" w:rsidR="001E03F3" w:rsidRP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7BDB9D9E" wp14:editId="4FF56425">
            <wp:extent cx="3914775" cy="369495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365e0415f942b590167b92f9e8c4ca.webp"/>
                    <pic:cNvPicPr/>
                  </pic:nvPicPr>
                  <pic:blipFill rotWithShape="1">
                    <a:blip r:embed="rId17"/>
                    <a:srcRect l="10591" t="9878" b="4376"/>
                    <a:stretch/>
                  </pic:blipFill>
                  <pic:spPr bwMode="auto">
                    <a:xfrm>
                      <a:off x="0" y="0"/>
                      <a:ext cx="3961657" cy="373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DE513" w14:textId="77777777" w:rsidR="001E03F3" w:rsidRPr="00AE6E7F" w:rsidRDefault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lastRenderedPageBreak/>
        <w:t>You will see all the participants who are registered for your session. click the check boxes to mark their attendance.</w:t>
      </w:r>
    </w:p>
    <w:p w14:paraId="6AB9E10B" w14:textId="77777777" w:rsidR="001E03F3" w:rsidRPr="00AE6E7F" w:rsidRDefault="00AE6E7F" w:rsidP="00AE6E7F">
      <w:pPr>
        <w:jc w:val="cent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noProof/>
          <w:sz w:val="24"/>
          <w:szCs w:val="24"/>
        </w:rPr>
        <w:drawing>
          <wp:inline distT="0" distB="0" distL="0" distR="0" wp14:anchorId="6F33FB6A" wp14:editId="37F25953">
            <wp:extent cx="5276850" cy="36249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549774c2ec43eb82834e45f558987a.webp"/>
                    <pic:cNvPicPr/>
                  </pic:nvPicPr>
                  <pic:blipFill rotWithShape="1">
                    <a:blip r:embed="rId18"/>
                    <a:srcRect l="5153" t="7325" r="7041" b="3644"/>
                    <a:stretch/>
                  </pic:blipFill>
                  <pic:spPr bwMode="auto">
                    <a:xfrm>
                      <a:off x="0" y="0"/>
                      <a:ext cx="5306953" cy="364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B4659" w14:textId="77777777" w:rsidR="001E03F3" w:rsidRPr="00AE6E7F" w:rsidRDefault="00AE6E7F">
      <w:pPr>
        <w:pStyle w:val="ListNumber"/>
        <w:rPr>
          <w:rFonts w:ascii="Aptos" w:hAnsi="Aptos"/>
          <w:sz w:val="24"/>
          <w:szCs w:val="24"/>
        </w:rPr>
      </w:pPr>
      <w:r w:rsidRPr="00AE6E7F">
        <w:rPr>
          <w:rFonts w:ascii="Aptos" w:hAnsi="Aptos"/>
          <w:sz w:val="24"/>
          <w:szCs w:val="24"/>
        </w:rPr>
        <w:t>Click "Commit Attendance Record"</w:t>
      </w:r>
    </w:p>
    <w:p w14:paraId="7DC6BEFC" w14:textId="77777777" w:rsidR="001E03F3" w:rsidRDefault="00AE6E7F" w:rsidP="00AE6E7F">
      <w:pPr>
        <w:jc w:val="center"/>
      </w:pPr>
      <w:r>
        <w:rPr>
          <w:noProof/>
        </w:rPr>
        <w:drawing>
          <wp:inline distT="0" distB="0" distL="0" distR="0" wp14:anchorId="2F4393A0" wp14:editId="729CD275">
            <wp:extent cx="5295900" cy="35457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15b656c164e7bbc758d7a4629b494.webp"/>
                    <pic:cNvPicPr/>
                  </pic:nvPicPr>
                  <pic:blipFill rotWithShape="1">
                    <a:blip r:embed="rId19"/>
                    <a:srcRect l="6943" t="8862" r="5617" b="4726"/>
                    <a:stretch/>
                  </pic:blipFill>
                  <pic:spPr bwMode="auto">
                    <a:xfrm>
                      <a:off x="0" y="0"/>
                      <a:ext cx="5310514" cy="355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03F3" w:rsidSect="00AE6E7F">
      <w:headerReference w:type="default" r:id="rId20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263AE" w14:textId="77777777" w:rsidR="00AE6E7F" w:rsidRDefault="00AE6E7F" w:rsidP="00AE6E7F">
      <w:pPr>
        <w:spacing w:after="0" w:line="240" w:lineRule="auto"/>
      </w:pPr>
      <w:r>
        <w:separator/>
      </w:r>
    </w:p>
  </w:endnote>
  <w:endnote w:type="continuationSeparator" w:id="0">
    <w:p w14:paraId="5F495AFC" w14:textId="77777777" w:rsidR="00AE6E7F" w:rsidRDefault="00AE6E7F" w:rsidP="00AE6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F6E7F" w14:textId="77777777" w:rsidR="00AE6E7F" w:rsidRDefault="00AE6E7F" w:rsidP="00AE6E7F">
      <w:pPr>
        <w:spacing w:after="0" w:line="240" w:lineRule="auto"/>
      </w:pPr>
      <w:r>
        <w:separator/>
      </w:r>
    </w:p>
  </w:footnote>
  <w:footnote w:type="continuationSeparator" w:id="0">
    <w:p w14:paraId="150C2A41" w14:textId="77777777" w:rsidR="00AE6E7F" w:rsidRDefault="00AE6E7F" w:rsidP="00AE6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586B1" w14:textId="40834110" w:rsidR="00AE6E7F" w:rsidRPr="00AE6E7F" w:rsidRDefault="00AE6E7F" w:rsidP="00AE6E7F">
    <w:pPr>
      <w:pStyle w:val="Heading1"/>
      <w:jc w:val="center"/>
      <w:rPr>
        <w:rFonts w:ascii="Aptos" w:hAnsi="Aptos"/>
      </w:rPr>
    </w:pPr>
    <w:r w:rsidRPr="00AE6E7F">
      <w:rPr>
        <w:rFonts w:ascii="Aptos" w:hAnsi="Aptos"/>
      </w:rPr>
      <w:t>How to Record Attendance in Reg Ideal-Logic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3133789">
    <w:abstractNumId w:val="8"/>
  </w:num>
  <w:num w:numId="2" w16cid:durableId="1761870422">
    <w:abstractNumId w:val="6"/>
  </w:num>
  <w:num w:numId="3" w16cid:durableId="831915839">
    <w:abstractNumId w:val="5"/>
  </w:num>
  <w:num w:numId="4" w16cid:durableId="437260671">
    <w:abstractNumId w:val="4"/>
  </w:num>
  <w:num w:numId="5" w16cid:durableId="265164389">
    <w:abstractNumId w:val="7"/>
  </w:num>
  <w:num w:numId="6" w16cid:durableId="290014307">
    <w:abstractNumId w:val="3"/>
  </w:num>
  <w:num w:numId="7" w16cid:durableId="847214665">
    <w:abstractNumId w:val="2"/>
  </w:num>
  <w:num w:numId="8" w16cid:durableId="1345984873">
    <w:abstractNumId w:val="1"/>
  </w:num>
  <w:num w:numId="9" w16cid:durableId="1596278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E03F3"/>
    <w:rsid w:val="0029639D"/>
    <w:rsid w:val="00326F90"/>
    <w:rsid w:val="00AA1D8D"/>
    <w:rsid w:val="00AE6E7F"/>
    <w:rsid w:val="00B47730"/>
    <w:rsid w:val="00C10FB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A93113"/>
  <w14:defaultImageDpi w14:val="300"/>
  <w15:docId w15:val="{CB460D27-2299-45DB-99A9-C7668D82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ebp"/><Relationship Id="rId18" Type="http://schemas.openxmlformats.org/officeDocument/2006/relationships/image" Target="media/image7.web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webp"/><Relationship Id="rId17" Type="http://schemas.openxmlformats.org/officeDocument/2006/relationships/image" Target="media/image6.webp"/><Relationship Id="rId2" Type="http://schemas.openxmlformats.org/officeDocument/2006/relationships/customXml" Target="../customXml/item2.xml"/><Relationship Id="rId16" Type="http://schemas.openxmlformats.org/officeDocument/2006/relationships/image" Target="media/image5.web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s.ideal-logic.com/txstre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webp"/><Relationship Id="rId10" Type="http://schemas.openxmlformats.org/officeDocument/2006/relationships/endnotes" Target="endnotes.xml"/><Relationship Id="rId19" Type="http://schemas.openxmlformats.org/officeDocument/2006/relationships/image" Target="media/image8.web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eb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ED1716DB82B4AB21A790443F88991" ma:contentTypeVersion="15" ma:contentTypeDescription="Create a new document." ma:contentTypeScope="" ma:versionID="ccf1e0f2e02b216951a3e3a5ac5ed27f">
  <xsd:schema xmlns:xsd="http://www.w3.org/2001/XMLSchema" xmlns:xs="http://www.w3.org/2001/XMLSchema" xmlns:p="http://schemas.microsoft.com/office/2006/metadata/properties" xmlns:ns2="1e36c2b8-7931-4605-8779-56bcf167f054" xmlns:ns3="f9fd7c5b-197c-45e4-90cc-31622629139f" targetNamespace="http://schemas.microsoft.com/office/2006/metadata/properties" ma:root="true" ma:fieldsID="e4bb52467287fd919294da1e2a2d31fb" ns2:_="" ns3:_="">
    <xsd:import namespace="1e36c2b8-7931-4605-8779-56bcf167f054"/>
    <xsd:import namespace="f9fd7c5b-197c-45e4-90cc-316226291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6c2b8-7931-4605-8779-56bcf167f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a692e8-e48a-48e7-a779-d106e04dc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d7c5b-197c-45e4-90cc-316226291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014e156-044a-4bdf-8cb0-66e850a6097c}" ma:internalName="TaxCatchAll" ma:showField="CatchAllData" ma:web="f9fd7c5b-197c-45e4-90cc-316226291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6c2b8-7931-4605-8779-56bcf167f054">
      <Terms xmlns="http://schemas.microsoft.com/office/infopath/2007/PartnerControls"/>
    </lcf76f155ced4ddcb4097134ff3c332f>
    <TaxCatchAll xmlns="f9fd7c5b-197c-45e4-90cc-31622629139f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FFFC0A-5562-48CC-AC47-B70A2B5DC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6c2b8-7931-4605-8779-56bcf167f054"/>
    <ds:schemaRef ds:uri="f9fd7c5b-197c-45e4-90cc-316226291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66B1FC-E318-4200-B3F4-14F4C12D32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0F9549-FB5F-4E8D-86B3-A5BBDC4010C5}">
  <ds:schemaRefs>
    <ds:schemaRef ds:uri="f9fd7c5b-197c-45e4-90cc-31622629139f"/>
    <ds:schemaRef ds:uri="1e36c2b8-7931-4605-8779-56bcf167f054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Kemp, Rose E</cp:lastModifiedBy>
  <cp:revision>2</cp:revision>
  <dcterms:created xsi:type="dcterms:W3CDTF">2025-05-02T15:51:00Z</dcterms:created>
  <dcterms:modified xsi:type="dcterms:W3CDTF">2025-05-02T15:51:00Z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0x0101005EBED1716DB82B4AB21A790443F88991</vt:lpwstr>
  </property>
  <property fmtid="{D5CDD505-2E9C-101B-9397-08002B2CF9AE}" pid="3" name="MediaServiceImageTags">
    <vt:lpwstr/>
  </property>
</Properties>
</file>