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C86456E" w14:textId="77777777" w:rsidR="00D8138C" w:rsidRPr="00383DB7" w:rsidRDefault="00000000">
      <w:pPr>
        <w:spacing w:after="140" w:line="240" w:lineRule="auto"/>
        <w:jc w:val="center"/>
        <w:rPr>
          <w:sz w:val="22"/>
        </w:rPr>
      </w:pPr>
      <w:r w:rsidRPr="00383DB7">
        <w:rPr>
          <w:b/>
          <w:sz w:val="22"/>
        </w:rPr>
        <w:t>[Institution Name]</w:t>
      </w:r>
    </w:p>
    <w:p w14:paraId="2F14C2E5" w14:textId="77777777" w:rsidR="00383DB7" w:rsidRDefault="00383DB7">
      <w:pPr>
        <w:spacing w:before="60" w:after="140" w:line="240" w:lineRule="auto"/>
        <w:jc w:val="center"/>
        <w:rPr>
          <w:b/>
          <w:sz w:val="22"/>
        </w:rPr>
      </w:pPr>
    </w:p>
    <w:p w14:paraId="56226992" w14:textId="1F9B97A1" w:rsidR="00D8138C" w:rsidRPr="00383DB7" w:rsidRDefault="00000000">
      <w:pPr>
        <w:spacing w:before="60" w:after="140" w:line="240" w:lineRule="auto"/>
        <w:jc w:val="center"/>
        <w:rPr>
          <w:sz w:val="22"/>
        </w:rPr>
      </w:pPr>
      <w:r w:rsidRPr="00383DB7">
        <w:rPr>
          <w:b/>
          <w:sz w:val="22"/>
        </w:rPr>
        <w:t>The following gifts are submitted to or reported to the Board of Regents under Chapter III, Paragraph 1.8.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152"/>
        <w:gridCol w:w="2232"/>
        <w:gridCol w:w="3240"/>
        <w:gridCol w:w="2232"/>
      </w:tblGrid>
      <w:tr w:rsidR="00383DB7" w:rsidRPr="00383DB7" w14:paraId="32FDDDD6" w14:textId="77777777">
        <w:trPr>
          <w:tblHeader/>
          <w:jc w:val="center"/>
        </w:trPr>
        <w:tc>
          <w:tcPr>
            <w:tcW w:w="1152" w:type="dxa"/>
            <w:tcMar>
              <w:top w:w="20" w:type="dxa"/>
              <w:left w:w="25" w:type="dxa"/>
              <w:bottom w:w="55" w:type="dxa"/>
              <w:right w:w="25" w:type="dxa"/>
            </w:tcMar>
            <w:vAlign w:val="center"/>
          </w:tcPr>
          <w:p w14:paraId="0138F35D" w14:textId="77777777" w:rsidR="00383DB7" w:rsidRPr="00383DB7" w:rsidRDefault="00383DB7">
            <w:pPr>
              <w:spacing w:after="0"/>
              <w:rPr>
                <w:sz w:val="22"/>
              </w:rPr>
            </w:pPr>
            <w:r w:rsidRPr="00383DB7">
              <w:rPr>
                <w:b/>
                <w:sz w:val="22"/>
              </w:rPr>
              <w:t>Date</w:t>
            </w:r>
          </w:p>
        </w:tc>
        <w:tc>
          <w:tcPr>
            <w:tcW w:w="2232" w:type="dxa"/>
            <w:tcMar>
              <w:top w:w="20" w:type="dxa"/>
              <w:left w:w="25" w:type="dxa"/>
              <w:bottom w:w="55" w:type="dxa"/>
              <w:right w:w="25" w:type="dxa"/>
            </w:tcMar>
            <w:vAlign w:val="center"/>
          </w:tcPr>
          <w:p w14:paraId="00DCEACA" w14:textId="77777777" w:rsidR="00383DB7" w:rsidRPr="00383DB7" w:rsidRDefault="00383DB7">
            <w:pPr>
              <w:spacing w:after="0"/>
              <w:rPr>
                <w:sz w:val="22"/>
              </w:rPr>
            </w:pPr>
            <w:r w:rsidRPr="00383DB7">
              <w:rPr>
                <w:b/>
                <w:sz w:val="22"/>
              </w:rPr>
              <w:t>Donor</w:t>
            </w:r>
          </w:p>
        </w:tc>
        <w:tc>
          <w:tcPr>
            <w:tcW w:w="3240" w:type="dxa"/>
            <w:tcMar>
              <w:top w:w="20" w:type="dxa"/>
              <w:left w:w="25" w:type="dxa"/>
              <w:bottom w:w="55" w:type="dxa"/>
              <w:right w:w="25" w:type="dxa"/>
            </w:tcMar>
            <w:vAlign w:val="center"/>
          </w:tcPr>
          <w:p w14:paraId="3627FD1C" w14:textId="77777777" w:rsidR="00383DB7" w:rsidRPr="00383DB7" w:rsidRDefault="00383DB7">
            <w:pPr>
              <w:spacing w:after="0"/>
              <w:rPr>
                <w:sz w:val="22"/>
              </w:rPr>
            </w:pPr>
            <w:r w:rsidRPr="00383DB7">
              <w:rPr>
                <w:b/>
                <w:sz w:val="22"/>
              </w:rPr>
              <w:t>Gift Description / Value</w:t>
            </w:r>
          </w:p>
        </w:tc>
        <w:tc>
          <w:tcPr>
            <w:tcW w:w="2232" w:type="dxa"/>
            <w:tcMar>
              <w:top w:w="20" w:type="dxa"/>
              <w:left w:w="25" w:type="dxa"/>
              <w:bottom w:w="55" w:type="dxa"/>
              <w:right w:w="25" w:type="dxa"/>
            </w:tcMar>
            <w:vAlign w:val="center"/>
          </w:tcPr>
          <w:p w14:paraId="3725E337" w14:textId="77777777" w:rsidR="00383DB7" w:rsidRPr="00383DB7" w:rsidRDefault="00383DB7">
            <w:pPr>
              <w:spacing w:after="0"/>
              <w:rPr>
                <w:sz w:val="22"/>
              </w:rPr>
            </w:pPr>
            <w:r w:rsidRPr="00383DB7">
              <w:rPr>
                <w:b/>
                <w:sz w:val="22"/>
              </w:rPr>
              <w:t>Beneficiary(ies)</w:t>
            </w:r>
          </w:p>
        </w:tc>
      </w:tr>
      <w:tr w:rsidR="00383DB7" w:rsidRPr="00383DB7" w14:paraId="763E8943" w14:textId="77777777">
        <w:trPr>
          <w:jc w:val="center"/>
        </w:trPr>
        <w:tc>
          <w:tcPr>
            <w:tcW w:w="1152" w:type="dxa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50342D03" w14:textId="77777777" w:rsidR="00383DB7" w:rsidRPr="00383DB7" w:rsidRDefault="00383DB7">
            <w:pPr>
              <w:spacing w:after="0"/>
              <w:rPr>
                <w:sz w:val="22"/>
              </w:rPr>
            </w:pPr>
            <w:r w:rsidRPr="00383DB7">
              <w:rPr>
                <w:sz w:val="22"/>
              </w:rPr>
              <w:t>MM/DD/YY</w:t>
            </w:r>
          </w:p>
        </w:tc>
        <w:tc>
          <w:tcPr>
            <w:tcW w:w="2232" w:type="dxa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7CAFB6DC" w14:textId="77777777" w:rsidR="00383DB7" w:rsidRPr="00383DB7" w:rsidRDefault="00383DB7">
            <w:pPr>
              <w:spacing w:after="0"/>
              <w:rPr>
                <w:sz w:val="22"/>
              </w:rPr>
            </w:pPr>
            <w:r w:rsidRPr="00383DB7">
              <w:rPr>
                <w:sz w:val="22"/>
              </w:rPr>
              <w:t>Name of Donor(s)</w:t>
            </w:r>
          </w:p>
        </w:tc>
        <w:tc>
          <w:tcPr>
            <w:tcW w:w="3240" w:type="dxa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7C070FE7" w14:textId="77777777" w:rsidR="00383DB7" w:rsidRPr="00383DB7" w:rsidRDefault="00383DB7">
            <w:pPr>
              <w:spacing w:after="0"/>
              <w:rPr>
                <w:sz w:val="22"/>
              </w:rPr>
            </w:pPr>
            <w:r w:rsidRPr="00383DB7">
              <w:rPr>
                <w:sz w:val="22"/>
              </w:rPr>
              <w:t>[Gift type]; $</w:t>
            </w:r>
            <w:proofErr w:type="gramStart"/>
            <w:r w:rsidRPr="00383DB7">
              <w:rPr>
                <w:sz w:val="22"/>
              </w:rPr>
              <w:t>X,XXX.XX</w:t>
            </w:r>
            <w:proofErr w:type="gramEnd"/>
          </w:p>
        </w:tc>
        <w:tc>
          <w:tcPr>
            <w:tcW w:w="2232" w:type="dxa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35FA0608" w14:textId="77777777" w:rsidR="00383DB7" w:rsidRPr="00383DB7" w:rsidRDefault="00383DB7">
            <w:pPr>
              <w:spacing w:after="0"/>
              <w:rPr>
                <w:sz w:val="22"/>
              </w:rPr>
            </w:pPr>
            <w:r w:rsidRPr="00383DB7">
              <w:rPr>
                <w:sz w:val="22"/>
              </w:rPr>
              <w:t>Beneficiary(ies) or purpose</w:t>
            </w:r>
          </w:p>
        </w:tc>
      </w:tr>
      <w:tr w:rsidR="00383DB7" w:rsidRPr="00383DB7" w14:paraId="4F845B22" w14:textId="77777777">
        <w:trPr>
          <w:jc w:val="center"/>
        </w:trPr>
        <w:tc>
          <w:tcPr>
            <w:tcW w:w="1152" w:type="dxa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5824D516" w14:textId="77777777" w:rsidR="00383DB7" w:rsidRPr="00383DB7" w:rsidRDefault="00383DB7">
            <w:pPr>
              <w:spacing w:after="0"/>
              <w:rPr>
                <w:sz w:val="22"/>
              </w:rPr>
            </w:pPr>
            <w:r w:rsidRPr="00383DB7">
              <w:rPr>
                <w:sz w:val="22"/>
              </w:rPr>
              <w:t>MM/DD/YY</w:t>
            </w:r>
          </w:p>
        </w:tc>
        <w:tc>
          <w:tcPr>
            <w:tcW w:w="2232" w:type="dxa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180F8FAD" w14:textId="77777777" w:rsidR="00383DB7" w:rsidRPr="00383DB7" w:rsidRDefault="00383DB7">
            <w:pPr>
              <w:spacing w:after="0"/>
              <w:rPr>
                <w:sz w:val="22"/>
              </w:rPr>
            </w:pPr>
            <w:r w:rsidRPr="00383DB7">
              <w:rPr>
                <w:sz w:val="22"/>
              </w:rPr>
              <w:t>Name of Donor(s)</w:t>
            </w:r>
          </w:p>
        </w:tc>
        <w:tc>
          <w:tcPr>
            <w:tcW w:w="3240" w:type="dxa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28079BCB" w14:textId="77777777" w:rsidR="00383DB7" w:rsidRPr="00383DB7" w:rsidRDefault="00383DB7">
            <w:pPr>
              <w:spacing w:after="0"/>
              <w:rPr>
                <w:sz w:val="22"/>
              </w:rPr>
            </w:pPr>
            <w:r w:rsidRPr="00383DB7">
              <w:rPr>
                <w:sz w:val="22"/>
              </w:rPr>
              <w:t>[Gift type]; $</w:t>
            </w:r>
            <w:proofErr w:type="gramStart"/>
            <w:r w:rsidRPr="00383DB7">
              <w:rPr>
                <w:sz w:val="22"/>
              </w:rPr>
              <w:t>X,XXX.XX</w:t>
            </w:r>
            <w:proofErr w:type="gramEnd"/>
          </w:p>
        </w:tc>
        <w:tc>
          <w:tcPr>
            <w:tcW w:w="2232" w:type="dxa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46F07A36" w14:textId="77777777" w:rsidR="00383DB7" w:rsidRPr="00383DB7" w:rsidRDefault="00383DB7">
            <w:pPr>
              <w:spacing w:after="0"/>
              <w:rPr>
                <w:sz w:val="22"/>
              </w:rPr>
            </w:pPr>
            <w:r w:rsidRPr="00383DB7">
              <w:rPr>
                <w:sz w:val="22"/>
              </w:rPr>
              <w:t>Beneficiary(ies) or purpose</w:t>
            </w:r>
          </w:p>
        </w:tc>
      </w:tr>
      <w:tr w:rsidR="00383DB7" w:rsidRPr="00383DB7" w14:paraId="5B20CDEC" w14:textId="77777777">
        <w:trPr>
          <w:jc w:val="center"/>
        </w:trPr>
        <w:tc>
          <w:tcPr>
            <w:tcW w:w="1152" w:type="dxa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23A90B28" w14:textId="77777777" w:rsidR="00383DB7" w:rsidRPr="00383DB7" w:rsidRDefault="00383DB7">
            <w:pPr>
              <w:spacing w:after="0"/>
              <w:rPr>
                <w:sz w:val="22"/>
              </w:rPr>
            </w:pPr>
            <w:r w:rsidRPr="00383DB7">
              <w:rPr>
                <w:sz w:val="22"/>
              </w:rPr>
              <w:t>MM/DD/YY</w:t>
            </w:r>
          </w:p>
        </w:tc>
        <w:tc>
          <w:tcPr>
            <w:tcW w:w="2232" w:type="dxa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271DD546" w14:textId="77777777" w:rsidR="00383DB7" w:rsidRPr="00383DB7" w:rsidRDefault="00383DB7">
            <w:pPr>
              <w:spacing w:after="0"/>
              <w:rPr>
                <w:sz w:val="22"/>
              </w:rPr>
            </w:pPr>
            <w:r w:rsidRPr="00383DB7">
              <w:rPr>
                <w:sz w:val="22"/>
              </w:rPr>
              <w:t>Name of Donor(s)</w:t>
            </w:r>
          </w:p>
        </w:tc>
        <w:tc>
          <w:tcPr>
            <w:tcW w:w="3240" w:type="dxa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3E8BACCE" w14:textId="77777777" w:rsidR="00383DB7" w:rsidRPr="00383DB7" w:rsidRDefault="00383DB7">
            <w:pPr>
              <w:spacing w:after="0"/>
              <w:rPr>
                <w:sz w:val="22"/>
              </w:rPr>
            </w:pPr>
            <w:r w:rsidRPr="00383DB7">
              <w:rPr>
                <w:sz w:val="22"/>
              </w:rPr>
              <w:t>[Gift type]; $</w:t>
            </w:r>
            <w:proofErr w:type="gramStart"/>
            <w:r w:rsidRPr="00383DB7">
              <w:rPr>
                <w:sz w:val="22"/>
              </w:rPr>
              <w:t>X,XXX.XX</w:t>
            </w:r>
            <w:proofErr w:type="gramEnd"/>
          </w:p>
        </w:tc>
        <w:tc>
          <w:tcPr>
            <w:tcW w:w="2232" w:type="dxa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0F713487" w14:textId="77777777" w:rsidR="00383DB7" w:rsidRPr="00383DB7" w:rsidRDefault="00383DB7">
            <w:pPr>
              <w:spacing w:after="0"/>
              <w:rPr>
                <w:sz w:val="22"/>
              </w:rPr>
            </w:pPr>
            <w:r w:rsidRPr="00383DB7">
              <w:rPr>
                <w:sz w:val="22"/>
              </w:rPr>
              <w:t>Beneficiary(ies) or purpose</w:t>
            </w:r>
          </w:p>
        </w:tc>
      </w:tr>
    </w:tbl>
    <w:p w14:paraId="1488CA94" w14:textId="77777777" w:rsidR="00D8138C" w:rsidRPr="00383DB7" w:rsidRDefault="00000000">
      <w:pPr>
        <w:spacing w:before="160" w:after="0" w:line="240" w:lineRule="auto"/>
        <w:jc w:val="center"/>
        <w:rPr>
          <w:sz w:val="22"/>
        </w:rPr>
      </w:pPr>
      <w:r w:rsidRPr="00383DB7">
        <w:rPr>
          <w:b/>
          <w:sz w:val="22"/>
        </w:rPr>
        <w:t xml:space="preserve">[Foundation Name] </w:t>
      </w:r>
      <w:r w:rsidRPr="00383DB7">
        <w:rPr>
          <w:i/>
          <w:sz w:val="22"/>
        </w:rPr>
        <w:t>(if applicable)</w:t>
      </w:r>
    </w:p>
    <w:p w14:paraId="5ED03C32" w14:textId="77777777" w:rsidR="00D8138C" w:rsidRPr="00383DB7" w:rsidRDefault="00000000">
      <w:pPr>
        <w:spacing w:before="60" w:after="140" w:line="240" w:lineRule="auto"/>
        <w:jc w:val="center"/>
        <w:rPr>
          <w:sz w:val="22"/>
        </w:rPr>
      </w:pPr>
      <w:r w:rsidRPr="00383DB7">
        <w:rPr>
          <w:b/>
          <w:sz w:val="22"/>
        </w:rPr>
        <w:t>The following gifts are submitted to or reported to the Board of Regents under Chapter III, Paragraph 1.8.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152"/>
        <w:gridCol w:w="2232"/>
        <w:gridCol w:w="3240"/>
        <w:gridCol w:w="2232"/>
      </w:tblGrid>
      <w:tr w:rsidR="00383DB7" w:rsidRPr="00383DB7" w14:paraId="3BF63BE1" w14:textId="77777777">
        <w:trPr>
          <w:tblHeader/>
          <w:jc w:val="center"/>
        </w:trPr>
        <w:tc>
          <w:tcPr>
            <w:tcW w:w="1152" w:type="dxa"/>
            <w:tcMar>
              <w:top w:w="20" w:type="dxa"/>
              <w:left w:w="25" w:type="dxa"/>
              <w:bottom w:w="55" w:type="dxa"/>
              <w:right w:w="25" w:type="dxa"/>
            </w:tcMar>
            <w:vAlign w:val="center"/>
          </w:tcPr>
          <w:p w14:paraId="75A23F59" w14:textId="77777777" w:rsidR="00383DB7" w:rsidRPr="00383DB7" w:rsidRDefault="00383DB7">
            <w:pPr>
              <w:spacing w:after="0"/>
              <w:rPr>
                <w:sz w:val="22"/>
              </w:rPr>
            </w:pPr>
            <w:r w:rsidRPr="00383DB7">
              <w:rPr>
                <w:b/>
                <w:sz w:val="22"/>
              </w:rPr>
              <w:t>Date</w:t>
            </w:r>
          </w:p>
        </w:tc>
        <w:tc>
          <w:tcPr>
            <w:tcW w:w="2232" w:type="dxa"/>
            <w:tcMar>
              <w:top w:w="20" w:type="dxa"/>
              <w:left w:w="25" w:type="dxa"/>
              <w:bottom w:w="55" w:type="dxa"/>
              <w:right w:w="25" w:type="dxa"/>
            </w:tcMar>
            <w:vAlign w:val="center"/>
          </w:tcPr>
          <w:p w14:paraId="6C653CD4" w14:textId="77777777" w:rsidR="00383DB7" w:rsidRPr="00383DB7" w:rsidRDefault="00383DB7">
            <w:pPr>
              <w:spacing w:after="0"/>
              <w:rPr>
                <w:sz w:val="22"/>
              </w:rPr>
            </w:pPr>
            <w:r w:rsidRPr="00383DB7">
              <w:rPr>
                <w:b/>
                <w:sz w:val="22"/>
              </w:rPr>
              <w:t>Donor</w:t>
            </w:r>
          </w:p>
        </w:tc>
        <w:tc>
          <w:tcPr>
            <w:tcW w:w="3240" w:type="dxa"/>
            <w:tcMar>
              <w:top w:w="20" w:type="dxa"/>
              <w:left w:w="25" w:type="dxa"/>
              <w:bottom w:w="55" w:type="dxa"/>
              <w:right w:w="25" w:type="dxa"/>
            </w:tcMar>
            <w:vAlign w:val="center"/>
          </w:tcPr>
          <w:p w14:paraId="02DB88D4" w14:textId="77777777" w:rsidR="00383DB7" w:rsidRPr="00383DB7" w:rsidRDefault="00383DB7">
            <w:pPr>
              <w:spacing w:after="0"/>
              <w:rPr>
                <w:sz w:val="22"/>
              </w:rPr>
            </w:pPr>
            <w:r w:rsidRPr="00383DB7">
              <w:rPr>
                <w:b/>
                <w:sz w:val="22"/>
              </w:rPr>
              <w:t>Gift Description / Value</w:t>
            </w:r>
          </w:p>
        </w:tc>
        <w:tc>
          <w:tcPr>
            <w:tcW w:w="2232" w:type="dxa"/>
            <w:tcMar>
              <w:top w:w="20" w:type="dxa"/>
              <w:left w:w="25" w:type="dxa"/>
              <w:bottom w:w="55" w:type="dxa"/>
              <w:right w:w="25" w:type="dxa"/>
            </w:tcMar>
            <w:vAlign w:val="center"/>
          </w:tcPr>
          <w:p w14:paraId="3B1CF193" w14:textId="77777777" w:rsidR="00383DB7" w:rsidRPr="00383DB7" w:rsidRDefault="00383DB7">
            <w:pPr>
              <w:spacing w:after="0"/>
              <w:rPr>
                <w:sz w:val="22"/>
              </w:rPr>
            </w:pPr>
            <w:r w:rsidRPr="00383DB7">
              <w:rPr>
                <w:b/>
                <w:sz w:val="22"/>
              </w:rPr>
              <w:t>Beneficiary(ies)</w:t>
            </w:r>
          </w:p>
        </w:tc>
      </w:tr>
      <w:tr w:rsidR="00383DB7" w:rsidRPr="00383DB7" w14:paraId="19A3FD66" w14:textId="77777777">
        <w:trPr>
          <w:jc w:val="center"/>
        </w:trPr>
        <w:tc>
          <w:tcPr>
            <w:tcW w:w="1152" w:type="dxa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7063F496" w14:textId="77777777" w:rsidR="00383DB7" w:rsidRPr="00383DB7" w:rsidRDefault="00383DB7">
            <w:pPr>
              <w:spacing w:after="0"/>
              <w:rPr>
                <w:sz w:val="22"/>
              </w:rPr>
            </w:pPr>
            <w:r w:rsidRPr="00383DB7">
              <w:rPr>
                <w:sz w:val="22"/>
              </w:rPr>
              <w:t>MM/DD/YY</w:t>
            </w:r>
          </w:p>
        </w:tc>
        <w:tc>
          <w:tcPr>
            <w:tcW w:w="2232" w:type="dxa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45AB1421" w14:textId="77777777" w:rsidR="00383DB7" w:rsidRPr="00383DB7" w:rsidRDefault="00383DB7">
            <w:pPr>
              <w:spacing w:after="0"/>
              <w:rPr>
                <w:sz w:val="22"/>
              </w:rPr>
            </w:pPr>
            <w:r w:rsidRPr="00383DB7">
              <w:rPr>
                <w:sz w:val="22"/>
              </w:rPr>
              <w:t>Name of Donor(s)</w:t>
            </w:r>
          </w:p>
        </w:tc>
        <w:tc>
          <w:tcPr>
            <w:tcW w:w="3240" w:type="dxa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4F3016B8" w14:textId="77777777" w:rsidR="00383DB7" w:rsidRPr="00383DB7" w:rsidRDefault="00383DB7">
            <w:pPr>
              <w:spacing w:after="0"/>
              <w:rPr>
                <w:sz w:val="22"/>
              </w:rPr>
            </w:pPr>
            <w:r w:rsidRPr="00383DB7">
              <w:rPr>
                <w:sz w:val="22"/>
              </w:rPr>
              <w:t>[Gift type]; $</w:t>
            </w:r>
            <w:proofErr w:type="gramStart"/>
            <w:r w:rsidRPr="00383DB7">
              <w:rPr>
                <w:sz w:val="22"/>
              </w:rPr>
              <w:t>X,XXX.XX</w:t>
            </w:r>
            <w:proofErr w:type="gramEnd"/>
          </w:p>
        </w:tc>
        <w:tc>
          <w:tcPr>
            <w:tcW w:w="2232" w:type="dxa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02E47DCB" w14:textId="77777777" w:rsidR="00383DB7" w:rsidRPr="00383DB7" w:rsidRDefault="00383DB7">
            <w:pPr>
              <w:spacing w:after="0"/>
              <w:rPr>
                <w:sz w:val="22"/>
              </w:rPr>
            </w:pPr>
            <w:r w:rsidRPr="00383DB7">
              <w:rPr>
                <w:sz w:val="22"/>
              </w:rPr>
              <w:t>Beneficiary(ies) or purpose</w:t>
            </w:r>
          </w:p>
        </w:tc>
      </w:tr>
      <w:tr w:rsidR="00383DB7" w:rsidRPr="00383DB7" w14:paraId="58B7A75B" w14:textId="77777777">
        <w:trPr>
          <w:jc w:val="center"/>
        </w:trPr>
        <w:tc>
          <w:tcPr>
            <w:tcW w:w="1152" w:type="dxa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433D03BA" w14:textId="77777777" w:rsidR="00383DB7" w:rsidRPr="00383DB7" w:rsidRDefault="00383DB7">
            <w:pPr>
              <w:spacing w:after="0"/>
              <w:rPr>
                <w:sz w:val="22"/>
              </w:rPr>
            </w:pPr>
            <w:r w:rsidRPr="00383DB7">
              <w:rPr>
                <w:sz w:val="22"/>
              </w:rPr>
              <w:t>MM/DD/YY</w:t>
            </w:r>
          </w:p>
        </w:tc>
        <w:tc>
          <w:tcPr>
            <w:tcW w:w="2232" w:type="dxa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16C4CFF6" w14:textId="77777777" w:rsidR="00383DB7" w:rsidRPr="00383DB7" w:rsidRDefault="00383DB7">
            <w:pPr>
              <w:spacing w:after="0"/>
              <w:rPr>
                <w:sz w:val="22"/>
              </w:rPr>
            </w:pPr>
            <w:r w:rsidRPr="00383DB7">
              <w:rPr>
                <w:sz w:val="22"/>
              </w:rPr>
              <w:t>Name of Donor(s)</w:t>
            </w:r>
          </w:p>
        </w:tc>
        <w:tc>
          <w:tcPr>
            <w:tcW w:w="3240" w:type="dxa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176ADE98" w14:textId="77777777" w:rsidR="00383DB7" w:rsidRPr="00383DB7" w:rsidRDefault="00383DB7">
            <w:pPr>
              <w:spacing w:after="0"/>
              <w:rPr>
                <w:sz w:val="22"/>
              </w:rPr>
            </w:pPr>
            <w:r w:rsidRPr="00383DB7">
              <w:rPr>
                <w:sz w:val="22"/>
              </w:rPr>
              <w:t>[Gift type]; $</w:t>
            </w:r>
            <w:proofErr w:type="gramStart"/>
            <w:r w:rsidRPr="00383DB7">
              <w:rPr>
                <w:sz w:val="22"/>
              </w:rPr>
              <w:t>X,XXX.XX</w:t>
            </w:r>
            <w:proofErr w:type="gramEnd"/>
          </w:p>
        </w:tc>
        <w:tc>
          <w:tcPr>
            <w:tcW w:w="2232" w:type="dxa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79EA38F8" w14:textId="77777777" w:rsidR="00383DB7" w:rsidRPr="00383DB7" w:rsidRDefault="00383DB7">
            <w:pPr>
              <w:spacing w:after="0"/>
              <w:rPr>
                <w:sz w:val="22"/>
              </w:rPr>
            </w:pPr>
            <w:r w:rsidRPr="00383DB7">
              <w:rPr>
                <w:sz w:val="22"/>
              </w:rPr>
              <w:t>Beneficiary(ies) or purpose</w:t>
            </w:r>
          </w:p>
        </w:tc>
      </w:tr>
      <w:tr w:rsidR="00383DB7" w:rsidRPr="00383DB7" w14:paraId="5D7DDB53" w14:textId="77777777">
        <w:trPr>
          <w:jc w:val="center"/>
        </w:trPr>
        <w:tc>
          <w:tcPr>
            <w:tcW w:w="1152" w:type="dxa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189C3084" w14:textId="77777777" w:rsidR="00383DB7" w:rsidRPr="00383DB7" w:rsidRDefault="00383DB7">
            <w:pPr>
              <w:spacing w:after="0"/>
              <w:rPr>
                <w:sz w:val="22"/>
              </w:rPr>
            </w:pPr>
            <w:r w:rsidRPr="00383DB7">
              <w:rPr>
                <w:sz w:val="22"/>
              </w:rPr>
              <w:t>MM/DD/YY</w:t>
            </w:r>
          </w:p>
        </w:tc>
        <w:tc>
          <w:tcPr>
            <w:tcW w:w="2232" w:type="dxa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3AFE055B" w14:textId="77777777" w:rsidR="00383DB7" w:rsidRPr="00383DB7" w:rsidRDefault="00383DB7">
            <w:pPr>
              <w:spacing w:after="0"/>
              <w:rPr>
                <w:sz w:val="22"/>
              </w:rPr>
            </w:pPr>
            <w:r w:rsidRPr="00383DB7">
              <w:rPr>
                <w:sz w:val="22"/>
              </w:rPr>
              <w:t>Name of Donor(s)</w:t>
            </w:r>
          </w:p>
        </w:tc>
        <w:tc>
          <w:tcPr>
            <w:tcW w:w="3240" w:type="dxa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3E203FE3" w14:textId="77777777" w:rsidR="00383DB7" w:rsidRPr="00383DB7" w:rsidRDefault="00383DB7">
            <w:pPr>
              <w:spacing w:after="0"/>
              <w:rPr>
                <w:sz w:val="22"/>
              </w:rPr>
            </w:pPr>
            <w:r w:rsidRPr="00383DB7">
              <w:rPr>
                <w:sz w:val="22"/>
              </w:rPr>
              <w:t>[Gift type]; $X,XXX.XX</w:t>
            </w:r>
          </w:p>
        </w:tc>
        <w:tc>
          <w:tcPr>
            <w:tcW w:w="2232" w:type="dxa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763FBA68" w14:textId="77777777" w:rsidR="00383DB7" w:rsidRPr="00383DB7" w:rsidRDefault="00383DB7">
            <w:pPr>
              <w:spacing w:after="0"/>
              <w:rPr>
                <w:sz w:val="22"/>
              </w:rPr>
            </w:pPr>
            <w:r w:rsidRPr="00383DB7">
              <w:rPr>
                <w:sz w:val="22"/>
              </w:rPr>
              <w:t>Beneficiary(ies) or purpose</w:t>
            </w:r>
          </w:p>
        </w:tc>
      </w:tr>
    </w:tbl>
    <w:p w14:paraId="4053DF36" w14:textId="77777777" w:rsidR="00D8138C" w:rsidRPr="00383DB7" w:rsidRDefault="00000000">
      <w:pPr>
        <w:spacing w:before="160" w:after="100" w:line="240" w:lineRule="auto"/>
        <w:jc w:val="center"/>
        <w:rPr>
          <w:sz w:val="22"/>
        </w:rPr>
      </w:pPr>
      <w:r w:rsidRPr="00383DB7">
        <w:rPr>
          <w:b/>
          <w:sz w:val="22"/>
        </w:rPr>
        <w:t>Explanations</w:t>
      </w:r>
    </w:p>
    <w:p w14:paraId="6CA6EF35" w14:textId="77777777" w:rsidR="00D8138C" w:rsidRPr="00383DB7" w:rsidRDefault="00000000">
      <w:pPr>
        <w:spacing w:after="60" w:line="240" w:lineRule="auto"/>
        <w:jc w:val="center"/>
        <w:rPr>
          <w:sz w:val="22"/>
        </w:rPr>
      </w:pPr>
      <w:r w:rsidRPr="00383DB7">
        <w:rPr>
          <w:b/>
          <w:sz w:val="22"/>
        </w:rPr>
        <w:t>The following gift(s) were given to [Institution Name].</w:t>
      </w:r>
    </w:p>
    <w:p w14:paraId="02A51BD1" w14:textId="26635EC7" w:rsidR="0059358A" w:rsidRDefault="00000000" w:rsidP="00C67CCD">
      <w:pPr>
        <w:pStyle w:val="ListParagraph"/>
        <w:numPr>
          <w:ilvl w:val="0"/>
          <w:numId w:val="13"/>
        </w:numPr>
        <w:spacing w:after="80" w:line="240" w:lineRule="auto"/>
        <w:rPr>
          <w:sz w:val="22"/>
        </w:rPr>
      </w:pPr>
      <w:r w:rsidRPr="0059358A">
        <w:rPr>
          <w:sz w:val="22"/>
        </w:rPr>
        <w:t xml:space="preserve">[Donor] contributed [gift description], valued at [$X,XXX.XX], to [beneficiary or purpose]. </w:t>
      </w:r>
    </w:p>
    <w:p w14:paraId="5469FE0D" w14:textId="77777777" w:rsidR="00C67CCD" w:rsidRPr="00C67CCD" w:rsidRDefault="00C67CCD" w:rsidP="00C67CCD">
      <w:pPr>
        <w:spacing w:after="80" w:line="240" w:lineRule="auto"/>
        <w:rPr>
          <w:sz w:val="22"/>
        </w:rPr>
      </w:pPr>
    </w:p>
    <w:p w14:paraId="6C6EE963" w14:textId="77777777" w:rsidR="00D8138C" w:rsidRPr="00383DB7" w:rsidRDefault="00000000">
      <w:pPr>
        <w:spacing w:before="40" w:after="60" w:line="240" w:lineRule="auto"/>
        <w:jc w:val="center"/>
        <w:rPr>
          <w:sz w:val="22"/>
        </w:rPr>
      </w:pPr>
      <w:r w:rsidRPr="00383DB7">
        <w:rPr>
          <w:b/>
          <w:sz w:val="22"/>
        </w:rPr>
        <w:t>The following gift(s) were given to [Foundation Name].</w:t>
      </w:r>
    </w:p>
    <w:p w14:paraId="75FC7BB0" w14:textId="79B0599A" w:rsidR="00D8138C" w:rsidRPr="0059358A" w:rsidRDefault="0059358A" w:rsidP="0059358A">
      <w:pPr>
        <w:pStyle w:val="ListParagraph"/>
        <w:numPr>
          <w:ilvl w:val="0"/>
          <w:numId w:val="13"/>
        </w:numPr>
        <w:spacing w:after="100" w:line="240" w:lineRule="auto"/>
        <w:rPr>
          <w:sz w:val="22"/>
        </w:rPr>
      </w:pPr>
      <w:r w:rsidRPr="0059358A">
        <w:rPr>
          <w:sz w:val="22"/>
        </w:rPr>
        <w:t>[Donor] contributed [gift description], valued at [$</w:t>
      </w:r>
      <w:proofErr w:type="gramStart"/>
      <w:r w:rsidRPr="0059358A">
        <w:rPr>
          <w:sz w:val="22"/>
        </w:rPr>
        <w:t>X,XXX.XX</w:t>
      </w:r>
      <w:proofErr w:type="gramEnd"/>
      <w:r w:rsidRPr="0059358A">
        <w:rPr>
          <w:sz w:val="22"/>
        </w:rPr>
        <w:t xml:space="preserve">], to [beneficiary or purpose]. </w:t>
      </w:r>
    </w:p>
    <w:p w14:paraId="52B69DEB" w14:textId="77777777" w:rsidR="00383DB7" w:rsidRPr="00383DB7" w:rsidRDefault="00383DB7">
      <w:pPr>
        <w:spacing w:after="100" w:line="240" w:lineRule="auto"/>
        <w:ind w:left="432" w:hanging="259"/>
        <w:rPr>
          <w:sz w:val="22"/>
        </w:rPr>
      </w:pPr>
    </w:p>
    <w:p w14:paraId="72221189" w14:textId="77777777" w:rsidR="00D8138C" w:rsidRPr="00383DB7" w:rsidRDefault="00000000">
      <w:pPr>
        <w:spacing w:before="20" w:after="0" w:line="240" w:lineRule="auto"/>
        <w:rPr>
          <w:sz w:val="22"/>
        </w:rPr>
      </w:pPr>
      <w:r w:rsidRPr="00383DB7">
        <w:rPr>
          <w:b/>
          <w:sz w:val="22"/>
        </w:rPr>
        <w:t xml:space="preserve">Reporting criteria: </w:t>
      </w:r>
      <w:r w:rsidRPr="00383DB7">
        <w:rPr>
          <w:sz w:val="22"/>
        </w:rPr>
        <w:t>Include all gifts of real property, regardless of value, and gifts other than cash or securities that exceed the president’s delegated authority of $500,000. Gifts within delegated authority do not require Board reporting.</w:t>
      </w:r>
    </w:p>
    <w:sectPr w:rsidR="00D8138C" w:rsidRPr="00383DB7" w:rsidSect="00034616">
      <w:pgSz w:w="12240" w:h="15840"/>
      <w:pgMar w:top="936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B45733"/>
    <w:multiLevelType w:val="hybridMultilevel"/>
    <w:tmpl w:val="14B81860"/>
    <w:lvl w:ilvl="0" w:tplc="0409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0" w15:restartNumberingAfterBreak="0">
    <w:nsid w:val="6A54717D"/>
    <w:multiLevelType w:val="hybridMultilevel"/>
    <w:tmpl w:val="2C78489A"/>
    <w:lvl w:ilvl="0" w:tplc="F8E046BE">
      <w:numFmt w:val="bullet"/>
      <w:lvlText w:val="•"/>
      <w:lvlJc w:val="left"/>
      <w:pPr>
        <w:ind w:left="533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A657CB"/>
    <w:multiLevelType w:val="hybridMultilevel"/>
    <w:tmpl w:val="11986CE6"/>
    <w:lvl w:ilvl="0" w:tplc="F8E046BE">
      <w:numFmt w:val="bullet"/>
      <w:lvlText w:val="•"/>
      <w:lvlJc w:val="left"/>
      <w:pPr>
        <w:ind w:left="533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34918"/>
    <w:multiLevelType w:val="hybridMultilevel"/>
    <w:tmpl w:val="3FC61B88"/>
    <w:lvl w:ilvl="0" w:tplc="F8E046BE">
      <w:numFmt w:val="bullet"/>
      <w:lvlText w:val="•"/>
      <w:lvlJc w:val="left"/>
      <w:pPr>
        <w:ind w:left="533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num w:numId="1" w16cid:durableId="384643878">
    <w:abstractNumId w:val="8"/>
  </w:num>
  <w:num w:numId="2" w16cid:durableId="1352342624">
    <w:abstractNumId w:val="6"/>
  </w:num>
  <w:num w:numId="3" w16cid:durableId="1957365555">
    <w:abstractNumId w:val="5"/>
  </w:num>
  <w:num w:numId="4" w16cid:durableId="364671956">
    <w:abstractNumId w:val="4"/>
  </w:num>
  <w:num w:numId="5" w16cid:durableId="1723214229">
    <w:abstractNumId w:val="7"/>
  </w:num>
  <w:num w:numId="6" w16cid:durableId="374701489">
    <w:abstractNumId w:val="3"/>
  </w:num>
  <w:num w:numId="7" w16cid:durableId="1241526135">
    <w:abstractNumId w:val="2"/>
  </w:num>
  <w:num w:numId="8" w16cid:durableId="657540211">
    <w:abstractNumId w:val="1"/>
  </w:num>
  <w:num w:numId="9" w16cid:durableId="596640610">
    <w:abstractNumId w:val="0"/>
  </w:num>
  <w:num w:numId="10" w16cid:durableId="1858734270">
    <w:abstractNumId w:val="9"/>
  </w:num>
  <w:num w:numId="11" w16cid:durableId="906495108">
    <w:abstractNumId w:val="12"/>
  </w:num>
  <w:num w:numId="12" w16cid:durableId="1314486943">
    <w:abstractNumId w:val="10"/>
  </w:num>
  <w:num w:numId="13" w16cid:durableId="1456562665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63B8"/>
    <w:rsid w:val="00034616"/>
    <w:rsid w:val="0006063C"/>
    <w:rsid w:val="0015074B"/>
    <w:rsid w:val="0029639D"/>
    <w:rsid w:val="00326F90"/>
    <w:rsid w:val="00383DB7"/>
    <w:rsid w:val="0059358A"/>
    <w:rsid w:val="00955782"/>
    <w:rsid w:val="00AA1D8D"/>
    <w:rsid w:val="00B47730"/>
    <w:rsid w:val="00C67CCD"/>
    <w:rsid w:val="00CB0664"/>
    <w:rsid w:val="00D8138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67CCFE"/>
  <w14:defaultImageDpi w14:val="300"/>
  <w15:docId w15:val="{49238795-307A-A349-9075-C83413B21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1198</Characters>
  <Application>Microsoft Office Word</Application>
  <DocSecurity>0</DocSecurity>
  <Lines>55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Gonzalez Aranda, Malu</cp:lastModifiedBy>
  <cp:revision>3</cp:revision>
  <cp:lastPrinted>2026-07-14T18:27:00Z</cp:lastPrinted>
  <dcterms:created xsi:type="dcterms:W3CDTF">2026-07-14T18:34:00Z</dcterms:created>
  <dcterms:modified xsi:type="dcterms:W3CDTF">2026-07-14T18:37:00Z</dcterms:modified>
  <cp:category/>
</cp:coreProperties>
</file>